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3E67" w:rsidRPr="005E34B0" w:rsidRDefault="005E34B0" w:rsidP="005E34B0">
      <w:pPr>
        <w:pStyle w:val="1"/>
        <w:jc w:val="center"/>
        <w:rPr>
          <w:rFonts w:ascii="微软雅黑" w:eastAsia="微软雅黑" w:hAnsi="微软雅黑"/>
          <w:lang w:eastAsia="zh-CN"/>
        </w:rPr>
      </w:pPr>
      <w:r w:rsidRPr="005E34B0">
        <w:rPr>
          <w:rFonts w:ascii="微软雅黑" w:eastAsia="微软雅黑" w:hAnsi="微软雅黑"/>
          <w:lang w:eastAsia="zh-CN"/>
        </w:rPr>
        <w:t>公益基金会志愿者</w:t>
      </w:r>
      <w:r w:rsidRPr="005E34B0">
        <w:rPr>
          <w:rFonts w:ascii="微软雅黑" w:eastAsia="微软雅黑" w:hAnsi="微软雅黑" w:hint="eastAsia"/>
          <w:lang w:eastAsia="zh-CN"/>
        </w:rPr>
        <w:t>申请表</w:t>
      </w:r>
    </w:p>
    <w:p w:rsidR="00643E67" w:rsidRPr="005E34B0" w:rsidRDefault="005E34B0">
      <w:pPr>
        <w:pStyle w:val="21"/>
        <w:rPr>
          <w:rFonts w:ascii="微软雅黑" w:eastAsia="微软雅黑" w:hAnsi="微软雅黑"/>
          <w:lang w:eastAsia="zh-CN"/>
        </w:rPr>
      </w:pPr>
      <w:r w:rsidRPr="005E34B0">
        <w:rPr>
          <w:rFonts w:ascii="微软雅黑" w:eastAsia="微软雅黑" w:hAnsi="微软雅黑"/>
          <w:lang w:eastAsia="zh-CN"/>
        </w:rPr>
        <w:t>一、基本信息</w:t>
      </w:r>
    </w:p>
    <w:tbl>
      <w:tblPr>
        <w:tblStyle w:val="aff1"/>
        <w:tblW w:w="0" w:type="auto"/>
        <w:tblLook w:val="04A0" w:firstRow="1" w:lastRow="0" w:firstColumn="1" w:lastColumn="0" w:noHBand="0" w:noVBand="1"/>
      </w:tblPr>
      <w:tblGrid>
        <w:gridCol w:w="2212"/>
        <w:gridCol w:w="2222"/>
        <w:gridCol w:w="2211"/>
        <w:gridCol w:w="2211"/>
      </w:tblGrid>
      <w:tr w:rsidR="00643E67" w:rsidRPr="005E34B0" w:rsidTr="005E34B0">
        <w:trPr>
          <w:trHeight w:val="521"/>
        </w:trPr>
        <w:tc>
          <w:tcPr>
            <w:tcW w:w="2332" w:type="dxa"/>
          </w:tcPr>
          <w:p w:rsidR="00643E67" w:rsidRPr="005E34B0" w:rsidRDefault="005E34B0">
            <w:pPr>
              <w:rPr>
                <w:rFonts w:ascii="微软雅黑" w:eastAsia="微软雅黑" w:hAnsi="微软雅黑"/>
              </w:rPr>
            </w:pPr>
            <w:proofErr w:type="spellStart"/>
            <w:r w:rsidRPr="005E34B0">
              <w:rPr>
                <w:rFonts w:ascii="微软雅黑" w:eastAsia="微软雅黑" w:hAnsi="微软雅黑"/>
              </w:rPr>
              <w:t>姓名</w:t>
            </w:r>
            <w:proofErr w:type="spellEnd"/>
          </w:p>
        </w:tc>
        <w:tc>
          <w:tcPr>
            <w:tcW w:w="2332" w:type="dxa"/>
          </w:tcPr>
          <w:p w:rsidR="00643E67" w:rsidRPr="005E34B0" w:rsidRDefault="00643E67">
            <w:pPr>
              <w:rPr>
                <w:rFonts w:ascii="微软雅黑" w:eastAsia="微软雅黑" w:hAnsi="微软雅黑"/>
              </w:rPr>
            </w:pPr>
          </w:p>
        </w:tc>
        <w:tc>
          <w:tcPr>
            <w:tcW w:w="2332" w:type="dxa"/>
          </w:tcPr>
          <w:p w:rsidR="00643E67" w:rsidRPr="005E34B0" w:rsidRDefault="005E34B0">
            <w:pPr>
              <w:rPr>
                <w:rFonts w:ascii="微软雅黑" w:eastAsia="微软雅黑" w:hAnsi="微软雅黑"/>
              </w:rPr>
            </w:pPr>
            <w:r w:rsidRPr="005E34B0">
              <w:rPr>
                <w:rFonts w:ascii="微软雅黑" w:eastAsia="微软雅黑" w:hAnsi="微软雅黑"/>
              </w:rPr>
              <w:t>性别</w:t>
            </w:r>
          </w:p>
        </w:tc>
        <w:tc>
          <w:tcPr>
            <w:tcW w:w="2332" w:type="dxa"/>
          </w:tcPr>
          <w:p w:rsidR="00643E67" w:rsidRPr="005E34B0" w:rsidRDefault="005E34B0">
            <w:pPr>
              <w:rPr>
                <w:rFonts w:ascii="微软雅黑" w:eastAsia="微软雅黑" w:hAnsi="微软雅黑"/>
              </w:rPr>
            </w:pPr>
            <w:r w:rsidRPr="005E34B0">
              <w:rPr>
                <w:rFonts w:ascii="微软雅黑" w:eastAsia="微软雅黑" w:hAnsi="微软雅黑"/>
              </w:rPr>
              <w:t xml:space="preserve">   □ </w:t>
            </w:r>
            <w:r w:rsidRPr="005E34B0">
              <w:rPr>
                <w:rFonts w:ascii="微软雅黑" w:eastAsia="微软雅黑" w:hAnsi="微软雅黑"/>
              </w:rPr>
              <w:t>男</w:t>
            </w:r>
            <w:r w:rsidRPr="005E34B0">
              <w:rPr>
                <w:rFonts w:ascii="微软雅黑" w:eastAsia="微软雅黑" w:hAnsi="微软雅黑"/>
              </w:rPr>
              <w:t xml:space="preserve">  □ </w:t>
            </w:r>
            <w:r w:rsidRPr="005E34B0">
              <w:rPr>
                <w:rFonts w:ascii="微软雅黑" w:eastAsia="微软雅黑" w:hAnsi="微软雅黑"/>
              </w:rPr>
              <w:t>女</w:t>
            </w:r>
            <w:r w:rsidRPr="005E34B0">
              <w:rPr>
                <w:rFonts w:ascii="微软雅黑" w:eastAsia="微软雅黑" w:hAnsi="微软雅黑"/>
              </w:rPr>
              <w:t xml:space="preserve">  □ </w:t>
            </w:r>
            <w:r w:rsidRPr="005E34B0">
              <w:rPr>
                <w:rFonts w:ascii="微软雅黑" w:eastAsia="微软雅黑" w:hAnsi="微软雅黑"/>
              </w:rPr>
              <w:t>其他</w:t>
            </w:r>
          </w:p>
        </w:tc>
      </w:tr>
      <w:tr w:rsidR="00643E67" w:rsidRPr="005E34B0" w:rsidTr="005E34B0">
        <w:trPr>
          <w:trHeight w:val="372"/>
        </w:trPr>
        <w:tc>
          <w:tcPr>
            <w:tcW w:w="2332" w:type="dxa"/>
          </w:tcPr>
          <w:p w:rsidR="00643E67" w:rsidRPr="005E34B0" w:rsidRDefault="005E34B0">
            <w:pPr>
              <w:rPr>
                <w:rFonts w:ascii="微软雅黑" w:eastAsia="微软雅黑" w:hAnsi="微软雅黑"/>
              </w:rPr>
            </w:pPr>
            <w:proofErr w:type="spellStart"/>
            <w:r w:rsidRPr="005E34B0">
              <w:rPr>
                <w:rFonts w:ascii="微软雅黑" w:eastAsia="微软雅黑" w:hAnsi="微软雅黑"/>
              </w:rPr>
              <w:t>出生日期</w:t>
            </w:r>
            <w:proofErr w:type="spellEnd"/>
          </w:p>
        </w:tc>
        <w:tc>
          <w:tcPr>
            <w:tcW w:w="2332" w:type="dxa"/>
          </w:tcPr>
          <w:p w:rsidR="00643E67" w:rsidRPr="005E34B0" w:rsidRDefault="005E34B0">
            <w:pPr>
              <w:rPr>
                <w:rFonts w:ascii="微软雅黑" w:eastAsia="微软雅黑" w:hAnsi="微软雅黑"/>
              </w:rPr>
            </w:pPr>
            <w:r w:rsidRPr="005E34B0">
              <w:rPr>
                <w:rFonts w:ascii="微软雅黑" w:eastAsia="微软雅黑" w:hAnsi="微软雅黑"/>
              </w:rPr>
              <w:t>____</w:t>
            </w:r>
            <w:r w:rsidRPr="005E34B0">
              <w:rPr>
                <w:rFonts w:ascii="微软雅黑" w:eastAsia="微软雅黑" w:hAnsi="微软雅黑"/>
              </w:rPr>
              <w:t>年</w:t>
            </w:r>
            <w:r w:rsidRPr="005E34B0">
              <w:rPr>
                <w:rFonts w:ascii="微软雅黑" w:eastAsia="微软雅黑" w:hAnsi="微软雅黑"/>
              </w:rPr>
              <w:t>__</w:t>
            </w:r>
            <w:r w:rsidRPr="005E34B0">
              <w:rPr>
                <w:rFonts w:ascii="微软雅黑" w:eastAsia="微软雅黑" w:hAnsi="微软雅黑"/>
              </w:rPr>
              <w:t>月</w:t>
            </w:r>
            <w:r w:rsidRPr="005E34B0">
              <w:rPr>
                <w:rFonts w:ascii="微软雅黑" w:eastAsia="微软雅黑" w:hAnsi="微软雅黑"/>
              </w:rPr>
              <w:t>__</w:t>
            </w:r>
            <w:r w:rsidRPr="005E34B0">
              <w:rPr>
                <w:rFonts w:ascii="微软雅黑" w:eastAsia="微软雅黑" w:hAnsi="微软雅黑"/>
              </w:rPr>
              <w:t>日</w:t>
            </w:r>
          </w:p>
        </w:tc>
        <w:tc>
          <w:tcPr>
            <w:tcW w:w="2332" w:type="dxa"/>
          </w:tcPr>
          <w:p w:rsidR="00643E67" w:rsidRPr="005E34B0" w:rsidRDefault="005E34B0">
            <w:pPr>
              <w:rPr>
                <w:rFonts w:ascii="微软雅黑" w:eastAsia="微软雅黑" w:hAnsi="微软雅黑"/>
              </w:rPr>
            </w:pPr>
            <w:r w:rsidRPr="005E34B0">
              <w:rPr>
                <w:rFonts w:ascii="微软雅黑" w:eastAsia="微软雅黑" w:hAnsi="微软雅黑"/>
              </w:rPr>
              <w:t>手机号码</w:t>
            </w:r>
          </w:p>
        </w:tc>
        <w:tc>
          <w:tcPr>
            <w:tcW w:w="2332" w:type="dxa"/>
          </w:tcPr>
          <w:p w:rsidR="00643E67" w:rsidRPr="005E34B0" w:rsidRDefault="00643E67">
            <w:pPr>
              <w:rPr>
                <w:rFonts w:ascii="微软雅黑" w:eastAsia="微软雅黑" w:hAnsi="微软雅黑"/>
              </w:rPr>
            </w:pPr>
          </w:p>
        </w:tc>
      </w:tr>
      <w:tr w:rsidR="00643E67" w:rsidRPr="005E34B0" w:rsidTr="005E34B0">
        <w:trPr>
          <w:trHeight w:val="372"/>
        </w:trPr>
        <w:tc>
          <w:tcPr>
            <w:tcW w:w="2332" w:type="dxa"/>
          </w:tcPr>
          <w:p w:rsidR="00643E67" w:rsidRPr="005E34B0" w:rsidRDefault="005E34B0">
            <w:pPr>
              <w:rPr>
                <w:rFonts w:ascii="微软雅黑" w:eastAsia="微软雅黑" w:hAnsi="微软雅黑"/>
              </w:rPr>
            </w:pPr>
            <w:r w:rsidRPr="005E34B0">
              <w:rPr>
                <w:rFonts w:ascii="微软雅黑" w:eastAsia="微软雅黑" w:hAnsi="微软雅黑"/>
              </w:rPr>
              <w:t>邮箱</w:t>
            </w:r>
          </w:p>
        </w:tc>
        <w:tc>
          <w:tcPr>
            <w:tcW w:w="2332" w:type="dxa"/>
          </w:tcPr>
          <w:p w:rsidR="00643E67" w:rsidRPr="005E34B0" w:rsidRDefault="00643E67">
            <w:pPr>
              <w:rPr>
                <w:rFonts w:ascii="微软雅黑" w:eastAsia="微软雅黑" w:hAnsi="微软雅黑"/>
              </w:rPr>
            </w:pPr>
          </w:p>
        </w:tc>
        <w:tc>
          <w:tcPr>
            <w:tcW w:w="2332" w:type="dxa"/>
          </w:tcPr>
          <w:p w:rsidR="00643E67" w:rsidRPr="005E34B0" w:rsidRDefault="005E34B0">
            <w:pPr>
              <w:rPr>
                <w:rFonts w:ascii="微软雅黑" w:eastAsia="微软雅黑" w:hAnsi="微软雅黑"/>
              </w:rPr>
            </w:pPr>
            <w:r w:rsidRPr="005E34B0">
              <w:rPr>
                <w:rFonts w:ascii="微软雅黑" w:eastAsia="微软雅黑" w:hAnsi="微软雅黑"/>
              </w:rPr>
              <w:t>通讯地址</w:t>
            </w:r>
          </w:p>
        </w:tc>
        <w:tc>
          <w:tcPr>
            <w:tcW w:w="2332" w:type="dxa"/>
          </w:tcPr>
          <w:p w:rsidR="00643E67" w:rsidRPr="005E34B0" w:rsidRDefault="00643E67">
            <w:pPr>
              <w:rPr>
                <w:rFonts w:ascii="微软雅黑" w:eastAsia="微软雅黑" w:hAnsi="微软雅黑"/>
              </w:rPr>
            </w:pPr>
          </w:p>
        </w:tc>
      </w:tr>
      <w:tr w:rsidR="00643E67" w:rsidRPr="005E34B0" w:rsidTr="005E34B0">
        <w:trPr>
          <w:trHeight w:val="357"/>
        </w:trPr>
        <w:tc>
          <w:tcPr>
            <w:tcW w:w="2332" w:type="dxa"/>
          </w:tcPr>
          <w:p w:rsidR="00643E67" w:rsidRPr="005E34B0" w:rsidRDefault="005E34B0">
            <w:pPr>
              <w:rPr>
                <w:rFonts w:ascii="微软雅黑" w:eastAsia="微软雅黑" w:hAnsi="微软雅黑"/>
              </w:rPr>
            </w:pPr>
            <w:r w:rsidRPr="005E34B0">
              <w:rPr>
                <w:rFonts w:ascii="微软雅黑" w:eastAsia="微软雅黑" w:hAnsi="微软雅黑"/>
              </w:rPr>
              <w:t>紧急联系人</w:t>
            </w:r>
          </w:p>
        </w:tc>
        <w:tc>
          <w:tcPr>
            <w:tcW w:w="2332" w:type="dxa"/>
          </w:tcPr>
          <w:p w:rsidR="00643E67" w:rsidRPr="005E34B0" w:rsidRDefault="00643E67">
            <w:pPr>
              <w:rPr>
                <w:rFonts w:ascii="微软雅黑" w:eastAsia="微软雅黑" w:hAnsi="微软雅黑"/>
              </w:rPr>
            </w:pPr>
          </w:p>
        </w:tc>
        <w:tc>
          <w:tcPr>
            <w:tcW w:w="2332" w:type="dxa"/>
          </w:tcPr>
          <w:p w:rsidR="00643E67" w:rsidRPr="005E34B0" w:rsidRDefault="005E34B0">
            <w:pPr>
              <w:rPr>
                <w:rFonts w:ascii="微软雅黑" w:eastAsia="微软雅黑" w:hAnsi="微软雅黑"/>
              </w:rPr>
            </w:pPr>
            <w:r w:rsidRPr="005E34B0">
              <w:rPr>
                <w:rFonts w:ascii="微软雅黑" w:eastAsia="微软雅黑" w:hAnsi="微软雅黑"/>
              </w:rPr>
              <w:t>联系电话</w:t>
            </w:r>
          </w:p>
        </w:tc>
        <w:tc>
          <w:tcPr>
            <w:tcW w:w="2332" w:type="dxa"/>
          </w:tcPr>
          <w:p w:rsidR="00643E67" w:rsidRPr="005E34B0" w:rsidRDefault="00643E67">
            <w:pPr>
              <w:rPr>
                <w:rFonts w:ascii="微软雅黑" w:eastAsia="微软雅黑" w:hAnsi="微软雅黑"/>
              </w:rPr>
            </w:pPr>
          </w:p>
        </w:tc>
      </w:tr>
      <w:tr w:rsidR="00643E67" w:rsidRPr="005E34B0" w:rsidTr="005E34B0">
        <w:trPr>
          <w:trHeight w:val="372"/>
        </w:trPr>
        <w:tc>
          <w:tcPr>
            <w:tcW w:w="2332" w:type="dxa"/>
          </w:tcPr>
          <w:p w:rsidR="00643E67" w:rsidRPr="005E34B0" w:rsidRDefault="00643E67">
            <w:pPr>
              <w:rPr>
                <w:rFonts w:ascii="微软雅黑" w:eastAsia="微软雅黑" w:hAnsi="微软雅黑"/>
              </w:rPr>
            </w:pPr>
          </w:p>
        </w:tc>
        <w:tc>
          <w:tcPr>
            <w:tcW w:w="2332" w:type="dxa"/>
          </w:tcPr>
          <w:p w:rsidR="00643E67" w:rsidRPr="005E34B0" w:rsidRDefault="00643E67">
            <w:pPr>
              <w:rPr>
                <w:rFonts w:ascii="微软雅黑" w:eastAsia="微软雅黑" w:hAnsi="微软雅黑"/>
              </w:rPr>
            </w:pPr>
          </w:p>
        </w:tc>
        <w:tc>
          <w:tcPr>
            <w:tcW w:w="2332" w:type="dxa"/>
          </w:tcPr>
          <w:p w:rsidR="00643E67" w:rsidRPr="005E34B0" w:rsidRDefault="00643E67">
            <w:pPr>
              <w:rPr>
                <w:rFonts w:ascii="微软雅黑" w:eastAsia="微软雅黑" w:hAnsi="微软雅黑"/>
              </w:rPr>
            </w:pPr>
          </w:p>
        </w:tc>
        <w:tc>
          <w:tcPr>
            <w:tcW w:w="2332" w:type="dxa"/>
          </w:tcPr>
          <w:p w:rsidR="00643E67" w:rsidRPr="005E34B0" w:rsidRDefault="00643E67">
            <w:pPr>
              <w:rPr>
                <w:rFonts w:ascii="微软雅黑" w:eastAsia="微软雅黑" w:hAnsi="微软雅黑"/>
              </w:rPr>
            </w:pPr>
          </w:p>
        </w:tc>
        <w:bookmarkStart w:id="0" w:name="_GoBack"/>
        <w:bookmarkEnd w:id="0"/>
      </w:tr>
    </w:tbl>
    <w:p w:rsidR="00643E67" w:rsidRPr="005E34B0" w:rsidRDefault="005E34B0">
      <w:pPr>
        <w:pStyle w:val="21"/>
        <w:rPr>
          <w:rFonts w:ascii="微软雅黑" w:eastAsia="微软雅黑" w:hAnsi="微软雅黑"/>
        </w:rPr>
      </w:pPr>
      <w:proofErr w:type="spellStart"/>
      <w:r w:rsidRPr="005E34B0">
        <w:rPr>
          <w:rFonts w:ascii="微软雅黑" w:eastAsia="微软雅黑" w:hAnsi="微软雅黑"/>
        </w:rPr>
        <w:t>二、教育</w:t>
      </w:r>
      <w:proofErr w:type="spellEnd"/>
      <w:r w:rsidRPr="005E34B0">
        <w:rPr>
          <w:rFonts w:ascii="微软雅黑" w:eastAsia="微软雅黑" w:hAnsi="微软雅黑"/>
        </w:rPr>
        <w:t>/</w:t>
      </w:r>
      <w:proofErr w:type="spellStart"/>
      <w:r w:rsidRPr="005E34B0">
        <w:rPr>
          <w:rFonts w:ascii="微软雅黑" w:eastAsia="微软雅黑" w:hAnsi="微软雅黑"/>
        </w:rPr>
        <w:t>工作背景</w:t>
      </w:r>
      <w:proofErr w:type="spellEnd"/>
    </w:p>
    <w:tbl>
      <w:tblPr>
        <w:tblStyle w:val="aff1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643E67" w:rsidRPr="005E34B0">
        <w:tc>
          <w:tcPr>
            <w:tcW w:w="4320" w:type="dxa"/>
          </w:tcPr>
          <w:p w:rsidR="00643E67" w:rsidRPr="005E34B0" w:rsidRDefault="005E34B0">
            <w:pPr>
              <w:rPr>
                <w:rFonts w:ascii="微软雅黑" w:eastAsia="微软雅黑" w:hAnsi="微软雅黑"/>
              </w:rPr>
            </w:pPr>
            <w:r w:rsidRPr="005E34B0">
              <w:rPr>
                <w:rFonts w:ascii="微软雅黑" w:eastAsia="微软雅黑" w:hAnsi="微软雅黑"/>
              </w:rPr>
              <w:t>学历</w:t>
            </w:r>
          </w:p>
        </w:tc>
        <w:tc>
          <w:tcPr>
            <w:tcW w:w="4320" w:type="dxa"/>
          </w:tcPr>
          <w:p w:rsidR="00643E67" w:rsidRPr="005E34B0" w:rsidRDefault="00643E67">
            <w:pPr>
              <w:rPr>
                <w:rFonts w:ascii="微软雅黑" w:eastAsia="微软雅黑" w:hAnsi="微软雅黑"/>
              </w:rPr>
            </w:pPr>
          </w:p>
        </w:tc>
      </w:tr>
      <w:tr w:rsidR="00643E67" w:rsidRPr="005E34B0">
        <w:tc>
          <w:tcPr>
            <w:tcW w:w="4320" w:type="dxa"/>
          </w:tcPr>
          <w:p w:rsidR="00643E67" w:rsidRPr="005E34B0" w:rsidRDefault="005E34B0">
            <w:pPr>
              <w:rPr>
                <w:rFonts w:ascii="微软雅黑" w:eastAsia="微软雅黑" w:hAnsi="微软雅黑"/>
              </w:rPr>
            </w:pPr>
            <w:r w:rsidRPr="005E34B0">
              <w:rPr>
                <w:rFonts w:ascii="微软雅黑" w:eastAsia="微软雅黑" w:hAnsi="微软雅黑"/>
              </w:rPr>
              <w:t>所学专业</w:t>
            </w:r>
            <w:r w:rsidRPr="005E34B0">
              <w:rPr>
                <w:rFonts w:ascii="微软雅黑" w:eastAsia="微软雅黑" w:hAnsi="微软雅黑"/>
              </w:rPr>
              <w:t>/</w:t>
            </w:r>
            <w:r w:rsidRPr="005E34B0">
              <w:rPr>
                <w:rFonts w:ascii="微软雅黑" w:eastAsia="微软雅黑" w:hAnsi="微软雅黑"/>
              </w:rPr>
              <w:t>行业方向</w:t>
            </w:r>
          </w:p>
        </w:tc>
        <w:tc>
          <w:tcPr>
            <w:tcW w:w="4320" w:type="dxa"/>
          </w:tcPr>
          <w:p w:rsidR="00643E67" w:rsidRPr="005E34B0" w:rsidRDefault="00643E67">
            <w:pPr>
              <w:rPr>
                <w:rFonts w:ascii="微软雅黑" w:eastAsia="微软雅黑" w:hAnsi="微软雅黑"/>
              </w:rPr>
            </w:pPr>
          </w:p>
        </w:tc>
      </w:tr>
      <w:tr w:rsidR="00643E67" w:rsidRPr="005E34B0">
        <w:tc>
          <w:tcPr>
            <w:tcW w:w="4320" w:type="dxa"/>
          </w:tcPr>
          <w:p w:rsidR="00643E67" w:rsidRPr="005E34B0" w:rsidRDefault="005E34B0">
            <w:pPr>
              <w:rPr>
                <w:rFonts w:ascii="微软雅黑" w:eastAsia="微软雅黑" w:hAnsi="微软雅黑"/>
              </w:rPr>
            </w:pPr>
            <w:r w:rsidRPr="005E34B0">
              <w:rPr>
                <w:rFonts w:ascii="微软雅黑" w:eastAsia="微软雅黑" w:hAnsi="微软雅黑"/>
              </w:rPr>
              <w:t>目前职业</w:t>
            </w:r>
            <w:r w:rsidRPr="005E34B0">
              <w:rPr>
                <w:rFonts w:ascii="微软雅黑" w:eastAsia="微软雅黑" w:hAnsi="微软雅黑"/>
              </w:rPr>
              <w:t>/</w:t>
            </w:r>
            <w:r w:rsidRPr="005E34B0">
              <w:rPr>
                <w:rFonts w:ascii="微软雅黑" w:eastAsia="微软雅黑" w:hAnsi="微软雅黑"/>
              </w:rPr>
              <w:t>所在单位</w:t>
            </w:r>
          </w:p>
        </w:tc>
        <w:tc>
          <w:tcPr>
            <w:tcW w:w="4320" w:type="dxa"/>
          </w:tcPr>
          <w:p w:rsidR="00643E67" w:rsidRPr="005E34B0" w:rsidRDefault="00643E67">
            <w:pPr>
              <w:rPr>
                <w:rFonts w:ascii="微软雅黑" w:eastAsia="微软雅黑" w:hAnsi="微软雅黑"/>
              </w:rPr>
            </w:pPr>
          </w:p>
        </w:tc>
      </w:tr>
    </w:tbl>
    <w:p w:rsidR="00643E67" w:rsidRPr="005E34B0" w:rsidRDefault="005E34B0">
      <w:pPr>
        <w:pStyle w:val="21"/>
        <w:rPr>
          <w:rFonts w:ascii="微软雅黑" w:eastAsia="微软雅黑" w:hAnsi="微软雅黑"/>
        </w:rPr>
      </w:pPr>
      <w:r w:rsidRPr="005E34B0">
        <w:rPr>
          <w:rFonts w:ascii="微软雅黑" w:eastAsia="微软雅黑" w:hAnsi="微软雅黑"/>
        </w:rPr>
        <w:t>三、可提供的时间</w:t>
      </w:r>
    </w:p>
    <w:tbl>
      <w:tblPr>
        <w:tblStyle w:val="aff1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643E67" w:rsidRPr="005E34B0">
        <w:tc>
          <w:tcPr>
            <w:tcW w:w="4320" w:type="dxa"/>
          </w:tcPr>
          <w:p w:rsidR="00643E67" w:rsidRPr="005E34B0" w:rsidRDefault="005E34B0">
            <w:pPr>
              <w:rPr>
                <w:rFonts w:ascii="微软雅黑" w:eastAsia="微软雅黑" w:hAnsi="微软雅黑"/>
              </w:rPr>
            </w:pPr>
            <w:r w:rsidRPr="005E34B0">
              <w:rPr>
                <w:rFonts w:ascii="微软雅黑" w:eastAsia="微软雅黑" w:hAnsi="微软雅黑"/>
              </w:rPr>
              <w:t>每周可志愿服务时长</w:t>
            </w:r>
          </w:p>
        </w:tc>
        <w:tc>
          <w:tcPr>
            <w:tcW w:w="4320" w:type="dxa"/>
          </w:tcPr>
          <w:p w:rsidR="00643E67" w:rsidRPr="005E34B0" w:rsidRDefault="00643E67">
            <w:pPr>
              <w:rPr>
                <w:rFonts w:ascii="微软雅黑" w:eastAsia="微软雅黑" w:hAnsi="微软雅黑"/>
              </w:rPr>
            </w:pPr>
          </w:p>
        </w:tc>
      </w:tr>
      <w:tr w:rsidR="00643E67" w:rsidRPr="005E34B0">
        <w:tc>
          <w:tcPr>
            <w:tcW w:w="4320" w:type="dxa"/>
          </w:tcPr>
          <w:p w:rsidR="00643E67" w:rsidRPr="005E34B0" w:rsidRDefault="005E34B0">
            <w:pPr>
              <w:rPr>
                <w:rFonts w:ascii="微软雅黑" w:eastAsia="微软雅黑" w:hAnsi="微软雅黑"/>
              </w:rPr>
            </w:pPr>
            <w:r w:rsidRPr="005E34B0">
              <w:rPr>
                <w:rFonts w:ascii="微软雅黑" w:eastAsia="微软雅黑" w:hAnsi="微软雅黑"/>
              </w:rPr>
              <w:t>可参与的时段</w:t>
            </w:r>
          </w:p>
        </w:tc>
        <w:tc>
          <w:tcPr>
            <w:tcW w:w="4320" w:type="dxa"/>
          </w:tcPr>
          <w:p w:rsidR="00643E67" w:rsidRPr="005E34B0" w:rsidRDefault="005E34B0">
            <w:pPr>
              <w:rPr>
                <w:rFonts w:ascii="微软雅黑" w:eastAsia="微软雅黑" w:hAnsi="微软雅黑"/>
                <w:lang w:eastAsia="zh-CN"/>
              </w:rPr>
            </w:pPr>
            <w:r w:rsidRPr="005E34B0">
              <w:rPr>
                <w:rFonts w:ascii="微软雅黑" w:eastAsia="微软雅黑" w:hAnsi="微软雅黑"/>
                <w:lang w:eastAsia="zh-CN"/>
              </w:rPr>
              <w:t xml:space="preserve">□ </w:t>
            </w:r>
            <w:r w:rsidRPr="005E34B0">
              <w:rPr>
                <w:rFonts w:ascii="微软雅黑" w:eastAsia="微软雅黑" w:hAnsi="微软雅黑"/>
                <w:lang w:eastAsia="zh-CN"/>
              </w:rPr>
              <w:t>工作日</w:t>
            </w:r>
            <w:r w:rsidRPr="005E34B0">
              <w:rPr>
                <w:rFonts w:ascii="微软雅黑" w:eastAsia="微软雅黑" w:hAnsi="微软雅黑"/>
                <w:lang w:eastAsia="zh-CN"/>
              </w:rPr>
              <w:t xml:space="preserve"> □ </w:t>
            </w:r>
            <w:r w:rsidRPr="005E34B0">
              <w:rPr>
                <w:rFonts w:ascii="微软雅黑" w:eastAsia="微软雅黑" w:hAnsi="微软雅黑"/>
                <w:lang w:eastAsia="zh-CN"/>
              </w:rPr>
              <w:t>周末</w:t>
            </w:r>
            <w:r w:rsidRPr="005E34B0">
              <w:rPr>
                <w:rFonts w:ascii="微软雅黑" w:eastAsia="微软雅黑" w:hAnsi="微软雅黑"/>
                <w:lang w:eastAsia="zh-CN"/>
              </w:rPr>
              <w:t xml:space="preserve"> □ </w:t>
            </w:r>
            <w:r w:rsidRPr="005E34B0">
              <w:rPr>
                <w:rFonts w:ascii="微软雅黑" w:eastAsia="微软雅黑" w:hAnsi="微软雅黑"/>
                <w:lang w:eastAsia="zh-CN"/>
              </w:rPr>
              <w:t>晚间</w:t>
            </w:r>
            <w:r w:rsidRPr="005E34B0">
              <w:rPr>
                <w:rFonts w:ascii="微软雅黑" w:eastAsia="微软雅黑" w:hAnsi="微软雅黑"/>
                <w:lang w:eastAsia="zh-CN"/>
              </w:rPr>
              <w:t xml:space="preserve"> □ </w:t>
            </w:r>
            <w:r w:rsidRPr="005E34B0">
              <w:rPr>
                <w:rFonts w:ascii="微软雅黑" w:eastAsia="微软雅黑" w:hAnsi="微软雅黑"/>
                <w:lang w:eastAsia="zh-CN"/>
              </w:rPr>
              <w:t>机动</w:t>
            </w:r>
          </w:p>
        </w:tc>
      </w:tr>
    </w:tbl>
    <w:p w:rsidR="00643E67" w:rsidRPr="005E34B0" w:rsidRDefault="005E34B0">
      <w:pPr>
        <w:pStyle w:val="21"/>
        <w:rPr>
          <w:rFonts w:ascii="微软雅黑" w:eastAsia="微软雅黑" w:hAnsi="微软雅黑"/>
          <w:lang w:eastAsia="zh-CN"/>
        </w:rPr>
      </w:pPr>
      <w:r w:rsidRPr="005E34B0">
        <w:rPr>
          <w:rFonts w:ascii="微软雅黑" w:eastAsia="微软雅黑" w:hAnsi="微软雅黑"/>
          <w:lang w:eastAsia="zh-CN"/>
        </w:rPr>
        <w:t>四、特长技能</w:t>
      </w:r>
    </w:p>
    <w:p w:rsidR="00643E67" w:rsidRPr="005E34B0" w:rsidRDefault="005E34B0">
      <w:pPr>
        <w:rPr>
          <w:rFonts w:ascii="微软雅黑" w:eastAsia="微软雅黑" w:hAnsi="微软雅黑"/>
          <w:lang w:eastAsia="zh-CN"/>
        </w:rPr>
      </w:pPr>
      <w:r w:rsidRPr="005E34B0">
        <w:rPr>
          <w:rFonts w:ascii="微软雅黑" w:eastAsia="微软雅黑" w:hAnsi="微软雅黑"/>
          <w:lang w:eastAsia="zh-CN"/>
        </w:rPr>
        <w:t xml:space="preserve">□ </w:t>
      </w:r>
      <w:r w:rsidRPr="005E34B0">
        <w:rPr>
          <w:rFonts w:ascii="微软雅黑" w:eastAsia="微软雅黑" w:hAnsi="微软雅黑"/>
          <w:lang w:eastAsia="zh-CN"/>
        </w:rPr>
        <w:t>文案写作</w:t>
      </w:r>
      <w:r w:rsidRPr="005E34B0">
        <w:rPr>
          <w:rFonts w:ascii="微软雅黑" w:eastAsia="微软雅黑" w:hAnsi="微软雅黑"/>
          <w:lang w:eastAsia="zh-CN"/>
        </w:rPr>
        <w:t>/</w:t>
      </w:r>
      <w:r w:rsidRPr="005E34B0">
        <w:rPr>
          <w:rFonts w:ascii="微软雅黑" w:eastAsia="微软雅黑" w:hAnsi="微软雅黑"/>
          <w:lang w:eastAsia="zh-CN"/>
        </w:rPr>
        <w:t>编辑</w:t>
      </w:r>
    </w:p>
    <w:p w:rsidR="00643E67" w:rsidRPr="005E34B0" w:rsidRDefault="005E34B0">
      <w:pPr>
        <w:rPr>
          <w:rFonts w:ascii="微软雅黑" w:eastAsia="微软雅黑" w:hAnsi="微软雅黑"/>
          <w:lang w:eastAsia="zh-CN"/>
        </w:rPr>
      </w:pPr>
      <w:r w:rsidRPr="005E34B0">
        <w:rPr>
          <w:rFonts w:ascii="微软雅黑" w:eastAsia="微软雅黑" w:hAnsi="微软雅黑"/>
          <w:lang w:eastAsia="zh-CN"/>
        </w:rPr>
        <w:t xml:space="preserve">□ </w:t>
      </w:r>
      <w:r w:rsidRPr="005E34B0">
        <w:rPr>
          <w:rFonts w:ascii="微软雅黑" w:eastAsia="微软雅黑" w:hAnsi="微软雅黑"/>
          <w:lang w:eastAsia="zh-CN"/>
        </w:rPr>
        <w:t>摄影</w:t>
      </w:r>
      <w:r w:rsidRPr="005E34B0">
        <w:rPr>
          <w:rFonts w:ascii="微软雅黑" w:eastAsia="微软雅黑" w:hAnsi="微软雅黑"/>
          <w:lang w:eastAsia="zh-CN"/>
        </w:rPr>
        <w:t>/</w:t>
      </w:r>
      <w:r w:rsidRPr="005E34B0">
        <w:rPr>
          <w:rFonts w:ascii="微软雅黑" w:eastAsia="微软雅黑" w:hAnsi="微软雅黑"/>
          <w:lang w:eastAsia="zh-CN"/>
        </w:rPr>
        <w:t>摄像</w:t>
      </w:r>
    </w:p>
    <w:p w:rsidR="00643E67" w:rsidRPr="005E34B0" w:rsidRDefault="005E34B0">
      <w:pPr>
        <w:rPr>
          <w:rFonts w:ascii="微软雅黑" w:eastAsia="微软雅黑" w:hAnsi="微软雅黑"/>
          <w:lang w:eastAsia="zh-CN"/>
        </w:rPr>
      </w:pPr>
      <w:r w:rsidRPr="005E34B0">
        <w:rPr>
          <w:rFonts w:ascii="微软雅黑" w:eastAsia="微软雅黑" w:hAnsi="微软雅黑"/>
          <w:lang w:eastAsia="zh-CN"/>
        </w:rPr>
        <w:t xml:space="preserve">□ </w:t>
      </w:r>
      <w:r w:rsidRPr="005E34B0">
        <w:rPr>
          <w:rFonts w:ascii="微软雅黑" w:eastAsia="微软雅黑" w:hAnsi="微软雅黑"/>
          <w:lang w:eastAsia="zh-CN"/>
        </w:rPr>
        <w:t>平面设计</w:t>
      </w:r>
      <w:r w:rsidRPr="005E34B0">
        <w:rPr>
          <w:rFonts w:ascii="微软雅黑" w:eastAsia="微软雅黑" w:hAnsi="微软雅黑"/>
          <w:lang w:eastAsia="zh-CN"/>
        </w:rPr>
        <w:t>/</w:t>
      </w:r>
      <w:r w:rsidRPr="005E34B0">
        <w:rPr>
          <w:rFonts w:ascii="微软雅黑" w:eastAsia="微软雅黑" w:hAnsi="微软雅黑"/>
          <w:lang w:eastAsia="zh-CN"/>
        </w:rPr>
        <w:t>新媒体运营</w:t>
      </w:r>
    </w:p>
    <w:p w:rsidR="00643E67" w:rsidRPr="005E34B0" w:rsidRDefault="005E34B0">
      <w:pPr>
        <w:rPr>
          <w:rFonts w:ascii="微软雅黑" w:eastAsia="微软雅黑" w:hAnsi="微软雅黑"/>
          <w:lang w:eastAsia="zh-CN"/>
        </w:rPr>
      </w:pPr>
      <w:r w:rsidRPr="005E34B0">
        <w:rPr>
          <w:rFonts w:ascii="微软雅黑" w:eastAsia="微软雅黑" w:hAnsi="微软雅黑"/>
          <w:lang w:eastAsia="zh-CN"/>
        </w:rPr>
        <w:t xml:space="preserve">□ </w:t>
      </w:r>
      <w:r w:rsidRPr="005E34B0">
        <w:rPr>
          <w:rFonts w:ascii="微软雅黑" w:eastAsia="微软雅黑" w:hAnsi="微软雅黑"/>
          <w:lang w:eastAsia="zh-CN"/>
        </w:rPr>
        <w:t>活动策划</w:t>
      </w:r>
      <w:r w:rsidRPr="005E34B0">
        <w:rPr>
          <w:rFonts w:ascii="微软雅黑" w:eastAsia="微软雅黑" w:hAnsi="微软雅黑"/>
          <w:lang w:eastAsia="zh-CN"/>
        </w:rPr>
        <w:t>/</w:t>
      </w:r>
      <w:r w:rsidRPr="005E34B0">
        <w:rPr>
          <w:rFonts w:ascii="微软雅黑" w:eastAsia="微软雅黑" w:hAnsi="微软雅黑"/>
          <w:lang w:eastAsia="zh-CN"/>
        </w:rPr>
        <w:t>执行</w:t>
      </w:r>
    </w:p>
    <w:p w:rsidR="00643E67" w:rsidRPr="005E34B0" w:rsidRDefault="005E34B0">
      <w:pPr>
        <w:rPr>
          <w:rFonts w:ascii="微软雅黑" w:eastAsia="微软雅黑" w:hAnsi="微软雅黑"/>
          <w:lang w:eastAsia="zh-CN"/>
        </w:rPr>
      </w:pPr>
      <w:r w:rsidRPr="005E34B0">
        <w:rPr>
          <w:rFonts w:ascii="微软雅黑" w:eastAsia="微软雅黑" w:hAnsi="微软雅黑"/>
          <w:lang w:eastAsia="zh-CN"/>
        </w:rPr>
        <w:t xml:space="preserve">□ </w:t>
      </w:r>
      <w:r w:rsidRPr="005E34B0">
        <w:rPr>
          <w:rFonts w:ascii="微软雅黑" w:eastAsia="微软雅黑" w:hAnsi="微软雅黑"/>
          <w:lang w:eastAsia="zh-CN"/>
        </w:rPr>
        <w:t>公共演讲</w:t>
      </w:r>
      <w:r w:rsidRPr="005E34B0">
        <w:rPr>
          <w:rFonts w:ascii="微软雅黑" w:eastAsia="微软雅黑" w:hAnsi="微软雅黑"/>
          <w:lang w:eastAsia="zh-CN"/>
        </w:rPr>
        <w:t>/</w:t>
      </w:r>
      <w:r w:rsidRPr="005E34B0">
        <w:rPr>
          <w:rFonts w:ascii="微软雅黑" w:eastAsia="微软雅黑" w:hAnsi="微软雅黑"/>
          <w:lang w:eastAsia="zh-CN"/>
        </w:rPr>
        <w:t>主持</w:t>
      </w:r>
    </w:p>
    <w:p w:rsidR="00643E67" w:rsidRPr="005E34B0" w:rsidRDefault="005E34B0">
      <w:pPr>
        <w:rPr>
          <w:rFonts w:ascii="微软雅黑" w:eastAsia="微软雅黑" w:hAnsi="微软雅黑"/>
          <w:lang w:eastAsia="zh-CN"/>
        </w:rPr>
      </w:pPr>
      <w:r w:rsidRPr="005E34B0">
        <w:rPr>
          <w:rFonts w:ascii="微软雅黑" w:eastAsia="微软雅黑" w:hAnsi="微软雅黑"/>
          <w:lang w:eastAsia="zh-CN"/>
        </w:rPr>
        <w:t xml:space="preserve">□ </w:t>
      </w:r>
      <w:r w:rsidRPr="005E34B0">
        <w:rPr>
          <w:rFonts w:ascii="微软雅黑" w:eastAsia="微软雅黑" w:hAnsi="微软雅黑"/>
          <w:lang w:eastAsia="zh-CN"/>
        </w:rPr>
        <w:t>心理辅导</w:t>
      </w:r>
      <w:r w:rsidRPr="005E34B0">
        <w:rPr>
          <w:rFonts w:ascii="微软雅黑" w:eastAsia="微软雅黑" w:hAnsi="微软雅黑"/>
          <w:lang w:eastAsia="zh-CN"/>
        </w:rPr>
        <w:t>/</w:t>
      </w:r>
      <w:r w:rsidRPr="005E34B0">
        <w:rPr>
          <w:rFonts w:ascii="微软雅黑" w:eastAsia="微软雅黑" w:hAnsi="微软雅黑"/>
          <w:lang w:eastAsia="zh-CN"/>
        </w:rPr>
        <w:t>陪伴</w:t>
      </w:r>
    </w:p>
    <w:p w:rsidR="00643E67" w:rsidRPr="005E34B0" w:rsidRDefault="005E34B0">
      <w:pPr>
        <w:rPr>
          <w:rFonts w:ascii="微软雅黑" w:eastAsia="微软雅黑" w:hAnsi="微软雅黑"/>
          <w:lang w:eastAsia="zh-CN"/>
        </w:rPr>
      </w:pPr>
      <w:r w:rsidRPr="005E34B0">
        <w:rPr>
          <w:rFonts w:ascii="微软雅黑" w:eastAsia="微软雅黑" w:hAnsi="微软雅黑"/>
          <w:lang w:eastAsia="zh-CN"/>
        </w:rPr>
        <w:t xml:space="preserve">□ </w:t>
      </w:r>
      <w:r w:rsidRPr="005E34B0">
        <w:rPr>
          <w:rFonts w:ascii="微软雅黑" w:eastAsia="微软雅黑" w:hAnsi="微软雅黑"/>
          <w:lang w:eastAsia="zh-CN"/>
        </w:rPr>
        <w:t>外语能力（请注明语种及水平）：</w:t>
      </w:r>
      <w:r w:rsidRPr="005E34B0">
        <w:rPr>
          <w:rFonts w:ascii="微软雅黑" w:eastAsia="微软雅黑" w:hAnsi="微软雅黑"/>
          <w:lang w:eastAsia="zh-CN"/>
        </w:rPr>
        <w:t>__________</w:t>
      </w:r>
    </w:p>
    <w:p w:rsidR="00643E67" w:rsidRPr="005E34B0" w:rsidRDefault="005E34B0">
      <w:pPr>
        <w:rPr>
          <w:rFonts w:ascii="微软雅黑" w:eastAsia="微软雅黑" w:hAnsi="微软雅黑"/>
          <w:lang w:eastAsia="zh-CN"/>
        </w:rPr>
      </w:pPr>
      <w:r w:rsidRPr="005E34B0">
        <w:rPr>
          <w:rFonts w:ascii="微软雅黑" w:eastAsia="微软雅黑" w:hAnsi="微软雅黑"/>
          <w:lang w:eastAsia="zh-CN"/>
        </w:rPr>
        <w:t xml:space="preserve">□ </w:t>
      </w:r>
      <w:r w:rsidRPr="005E34B0">
        <w:rPr>
          <w:rFonts w:ascii="微软雅黑" w:eastAsia="微软雅黑" w:hAnsi="微软雅黑"/>
          <w:lang w:eastAsia="zh-CN"/>
        </w:rPr>
        <w:t>专业技能（如法律、医疗、教育、</w:t>
      </w:r>
      <w:r w:rsidRPr="005E34B0">
        <w:rPr>
          <w:rFonts w:ascii="微软雅黑" w:eastAsia="微软雅黑" w:hAnsi="微软雅黑"/>
          <w:lang w:eastAsia="zh-CN"/>
        </w:rPr>
        <w:t>IT</w:t>
      </w:r>
      <w:r w:rsidRPr="005E34B0">
        <w:rPr>
          <w:rFonts w:ascii="微软雅黑" w:eastAsia="微软雅黑" w:hAnsi="微软雅黑"/>
          <w:lang w:eastAsia="zh-CN"/>
        </w:rPr>
        <w:t>等）：</w:t>
      </w:r>
      <w:r w:rsidRPr="005E34B0">
        <w:rPr>
          <w:rFonts w:ascii="微软雅黑" w:eastAsia="微软雅黑" w:hAnsi="微软雅黑"/>
          <w:lang w:eastAsia="zh-CN"/>
        </w:rPr>
        <w:t>__________</w:t>
      </w:r>
    </w:p>
    <w:p w:rsidR="00643E67" w:rsidRPr="005E34B0" w:rsidRDefault="005E34B0">
      <w:pPr>
        <w:rPr>
          <w:rFonts w:ascii="微软雅黑" w:eastAsia="微软雅黑" w:hAnsi="微软雅黑"/>
          <w:lang w:eastAsia="zh-CN"/>
        </w:rPr>
      </w:pPr>
      <w:r w:rsidRPr="005E34B0">
        <w:rPr>
          <w:rFonts w:ascii="微软雅黑" w:eastAsia="微软雅黑" w:hAnsi="微软雅黑"/>
          <w:lang w:eastAsia="zh-CN"/>
        </w:rPr>
        <w:lastRenderedPageBreak/>
        <w:t xml:space="preserve">□ </w:t>
      </w:r>
      <w:r w:rsidRPr="005E34B0">
        <w:rPr>
          <w:rFonts w:ascii="微软雅黑" w:eastAsia="微软雅黑" w:hAnsi="微软雅黑"/>
          <w:lang w:eastAsia="zh-CN"/>
        </w:rPr>
        <w:t>其他：</w:t>
      </w:r>
      <w:r w:rsidRPr="005E34B0">
        <w:rPr>
          <w:rFonts w:ascii="微软雅黑" w:eastAsia="微软雅黑" w:hAnsi="微软雅黑"/>
          <w:lang w:eastAsia="zh-CN"/>
        </w:rPr>
        <w:t>__________</w:t>
      </w:r>
    </w:p>
    <w:p w:rsidR="00643E67" w:rsidRPr="005E34B0" w:rsidRDefault="005E34B0">
      <w:pPr>
        <w:rPr>
          <w:rFonts w:ascii="微软雅黑" w:eastAsia="微软雅黑" w:hAnsi="微软雅黑"/>
          <w:lang w:eastAsia="zh-CN"/>
        </w:rPr>
      </w:pPr>
      <w:r w:rsidRPr="005E34B0">
        <w:rPr>
          <w:rFonts w:ascii="微软雅黑" w:eastAsia="微软雅黑" w:hAnsi="微软雅黑"/>
          <w:lang w:eastAsia="zh-CN"/>
        </w:rPr>
        <w:t>请具体说明您的技能或经验如何帮助公益活动：</w:t>
      </w:r>
    </w:p>
    <w:p w:rsidR="00643E67" w:rsidRPr="005E34B0" w:rsidRDefault="005E34B0">
      <w:pPr>
        <w:rPr>
          <w:rFonts w:ascii="微软雅黑" w:eastAsia="微软雅黑" w:hAnsi="微软雅黑"/>
          <w:lang w:eastAsia="zh-CN"/>
        </w:rPr>
      </w:pPr>
      <w:r w:rsidRPr="005E34B0">
        <w:rPr>
          <w:rFonts w:ascii="微软雅黑" w:eastAsia="微软雅黑" w:hAnsi="微软雅黑"/>
          <w:lang w:eastAsia="zh-CN"/>
        </w:rPr>
        <w:t>____________________________________________________________________</w:t>
      </w:r>
    </w:p>
    <w:p w:rsidR="00643E67" w:rsidRPr="005E34B0" w:rsidRDefault="005E34B0">
      <w:pPr>
        <w:rPr>
          <w:rFonts w:ascii="微软雅黑" w:eastAsia="微软雅黑" w:hAnsi="微软雅黑"/>
          <w:lang w:eastAsia="zh-CN"/>
        </w:rPr>
      </w:pPr>
      <w:r w:rsidRPr="005E34B0">
        <w:rPr>
          <w:rFonts w:ascii="微软雅黑" w:eastAsia="微软雅黑" w:hAnsi="微软雅黑"/>
          <w:lang w:eastAsia="zh-CN"/>
        </w:rPr>
        <w:t>____________________________________________________________________</w:t>
      </w:r>
    </w:p>
    <w:p w:rsidR="00643E67" w:rsidRPr="005E34B0" w:rsidRDefault="005E34B0">
      <w:pPr>
        <w:pStyle w:val="21"/>
        <w:rPr>
          <w:rFonts w:ascii="微软雅黑" w:eastAsia="微软雅黑" w:hAnsi="微软雅黑"/>
          <w:lang w:eastAsia="zh-CN"/>
        </w:rPr>
      </w:pPr>
      <w:r w:rsidRPr="005E34B0">
        <w:rPr>
          <w:rFonts w:ascii="微软雅黑" w:eastAsia="微软雅黑" w:hAnsi="微软雅黑"/>
          <w:lang w:eastAsia="zh-CN"/>
        </w:rPr>
        <w:t>五、志愿动机</w:t>
      </w:r>
    </w:p>
    <w:p w:rsidR="00643E67" w:rsidRPr="005E34B0" w:rsidRDefault="005E34B0">
      <w:pPr>
        <w:rPr>
          <w:rFonts w:ascii="微软雅黑" w:eastAsia="微软雅黑" w:hAnsi="微软雅黑"/>
          <w:lang w:eastAsia="zh-CN"/>
        </w:rPr>
      </w:pPr>
      <w:r w:rsidRPr="005E34B0">
        <w:rPr>
          <w:rFonts w:ascii="微软雅黑" w:eastAsia="微软雅黑" w:hAnsi="微软雅黑"/>
          <w:lang w:eastAsia="zh-CN"/>
        </w:rPr>
        <w:t>请简要</w:t>
      </w:r>
      <w:proofErr w:type="gramStart"/>
      <w:r w:rsidRPr="005E34B0">
        <w:rPr>
          <w:rFonts w:ascii="微软雅黑" w:eastAsia="微软雅黑" w:hAnsi="微软雅黑"/>
          <w:lang w:eastAsia="zh-CN"/>
        </w:rPr>
        <w:t>描述您</w:t>
      </w:r>
      <w:proofErr w:type="gramEnd"/>
      <w:r w:rsidRPr="005E34B0">
        <w:rPr>
          <w:rFonts w:ascii="微软雅黑" w:eastAsia="微软雅黑" w:hAnsi="微软雅黑"/>
          <w:lang w:eastAsia="zh-CN"/>
        </w:rPr>
        <w:t>为什么想加</w:t>
      </w:r>
      <w:r w:rsidRPr="005E34B0">
        <w:rPr>
          <w:rFonts w:ascii="微软雅黑" w:eastAsia="微软雅黑" w:hAnsi="微软雅黑"/>
          <w:lang w:eastAsia="zh-CN"/>
        </w:rPr>
        <w:t>入我们的志愿者团队，以及促使您想做这件事的契机：</w:t>
      </w:r>
    </w:p>
    <w:p w:rsidR="00643E67" w:rsidRPr="005E34B0" w:rsidRDefault="005E34B0">
      <w:pPr>
        <w:rPr>
          <w:rFonts w:ascii="微软雅黑" w:eastAsia="微软雅黑" w:hAnsi="微软雅黑"/>
          <w:lang w:eastAsia="zh-CN"/>
        </w:rPr>
      </w:pPr>
      <w:r w:rsidRPr="005E34B0">
        <w:rPr>
          <w:rFonts w:ascii="微软雅黑" w:eastAsia="微软雅黑" w:hAnsi="微软雅黑"/>
          <w:lang w:eastAsia="zh-CN"/>
        </w:rPr>
        <w:t>____________________________________________________________________</w:t>
      </w:r>
    </w:p>
    <w:p w:rsidR="00643E67" w:rsidRPr="005E34B0" w:rsidRDefault="005E34B0">
      <w:pPr>
        <w:rPr>
          <w:rFonts w:ascii="微软雅黑" w:eastAsia="微软雅黑" w:hAnsi="微软雅黑"/>
          <w:lang w:eastAsia="zh-CN"/>
        </w:rPr>
      </w:pPr>
      <w:r w:rsidRPr="005E34B0">
        <w:rPr>
          <w:rFonts w:ascii="微软雅黑" w:eastAsia="微软雅黑" w:hAnsi="微软雅黑"/>
          <w:lang w:eastAsia="zh-CN"/>
        </w:rPr>
        <w:t>____________________________________________________________________</w:t>
      </w:r>
    </w:p>
    <w:p w:rsidR="00643E67" w:rsidRPr="005E34B0" w:rsidRDefault="005E34B0">
      <w:pPr>
        <w:pStyle w:val="21"/>
        <w:rPr>
          <w:rFonts w:ascii="微软雅黑" w:eastAsia="微软雅黑" w:hAnsi="微软雅黑"/>
          <w:lang w:eastAsia="zh-CN"/>
        </w:rPr>
      </w:pPr>
      <w:r w:rsidRPr="005E34B0">
        <w:rPr>
          <w:rFonts w:ascii="微软雅黑" w:eastAsia="微软雅黑" w:hAnsi="微软雅黑"/>
          <w:lang w:eastAsia="zh-CN"/>
        </w:rPr>
        <w:t>六、过往公益经历（如有）</w:t>
      </w:r>
    </w:p>
    <w:p w:rsidR="00643E67" w:rsidRPr="005E34B0" w:rsidRDefault="005E34B0">
      <w:pPr>
        <w:rPr>
          <w:rFonts w:ascii="微软雅黑" w:eastAsia="微软雅黑" w:hAnsi="微软雅黑"/>
          <w:lang w:eastAsia="zh-CN"/>
        </w:rPr>
      </w:pPr>
      <w:r w:rsidRPr="005E34B0">
        <w:rPr>
          <w:rFonts w:ascii="微软雅黑" w:eastAsia="微软雅黑" w:hAnsi="微软雅黑"/>
          <w:lang w:eastAsia="zh-CN"/>
        </w:rPr>
        <w:t>请写下您曾参与过的公益</w:t>
      </w:r>
      <w:r w:rsidRPr="005E34B0">
        <w:rPr>
          <w:rFonts w:ascii="微软雅黑" w:eastAsia="微软雅黑" w:hAnsi="微软雅黑"/>
          <w:lang w:eastAsia="zh-CN"/>
        </w:rPr>
        <w:t>/</w:t>
      </w:r>
      <w:r w:rsidRPr="005E34B0">
        <w:rPr>
          <w:rFonts w:ascii="微软雅黑" w:eastAsia="微软雅黑" w:hAnsi="微软雅黑"/>
          <w:lang w:eastAsia="zh-CN"/>
        </w:rPr>
        <w:t>志愿活动及收获：</w:t>
      </w:r>
    </w:p>
    <w:p w:rsidR="00643E67" w:rsidRPr="005E34B0" w:rsidRDefault="005E34B0">
      <w:pPr>
        <w:rPr>
          <w:rFonts w:ascii="微软雅黑" w:eastAsia="微软雅黑" w:hAnsi="微软雅黑"/>
          <w:lang w:eastAsia="zh-CN"/>
        </w:rPr>
      </w:pPr>
      <w:r w:rsidRPr="005E34B0">
        <w:rPr>
          <w:rFonts w:ascii="微软雅黑" w:eastAsia="微软雅黑" w:hAnsi="微软雅黑"/>
          <w:lang w:eastAsia="zh-CN"/>
        </w:rPr>
        <w:t>___________________________________________________________</w:t>
      </w:r>
      <w:r w:rsidRPr="005E34B0">
        <w:rPr>
          <w:rFonts w:ascii="微软雅黑" w:eastAsia="微软雅黑" w:hAnsi="微软雅黑"/>
          <w:lang w:eastAsia="zh-CN"/>
        </w:rPr>
        <w:t>_________</w:t>
      </w:r>
    </w:p>
    <w:p w:rsidR="00643E67" w:rsidRPr="005E34B0" w:rsidRDefault="005E34B0">
      <w:pPr>
        <w:rPr>
          <w:rFonts w:ascii="微软雅黑" w:eastAsia="微软雅黑" w:hAnsi="微软雅黑"/>
          <w:lang w:eastAsia="zh-CN"/>
        </w:rPr>
      </w:pPr>
      <w:r w:rsidRPr="005E34B0">
        <w:rPr>
          <w:rFonts w:ascii="微软雅黑" w:eastAsia="微软雅黑" w:hAnsi="微软雅黑"/>
          <w:lang w:eastAsia="zh-CN"/>
        </w:rPr>
        <w:t>____________________________________________________________________</w:t>
      </w:r>
    </w:p>
    <w:p w:rsidR="00643E67" w:rsidRPr="005E34B0" w:rsidRDefault="005E34B0">
      <w:pPr>
        <w:pStyle w:val="21"/>
        <w:rPr>
          <w:rFonts w:ascii="微软雅黑" w:eastAsia="微软雅黑" w:hAnsi="微软雅黑"/>
          <w:lang w:eastAsia="zh-CN"/>
        </w:rPr>
      </w:pPr>
      <w:r w:rsidRPr="005E34B0">
        <w:rPr>
          <w:rFonts w:ascii="微软雅黑" w:eastAsia="微软雅黑" w:hAnsi="微软雅黑"/>
          <w:lang w:eastAsia="zh-CN"/>
        </w:rPr>
        <w:t>七、其他补充</w:t>
      </w:r>
    </w:p>
    <w:p w:rsidR="00643E67" w:rsidRPr="005E34B0" w:rsidRDefault="005E34B0">
      <w:pPr>
        <w:rPr>
          <w:rFonts w:ascii="微软雅黑" w:eastAsia="微软雅黑" w:hAnsi="微软雅黑"/>
          <w:lang w:eastAsia="zh-CN"/>
        </w:rPr>
      </w:pPr>
      <w:r w:rsidRPr="005E34B0">
        <w:rPr>
          <w:rFonts w:ascii="微软雅黑" w:eastAsia="微软雅黑" w:hAnsi="微软雅黑"/>
          <w:lang w:eastAsia="zh-CN"/>
        </w:rPr>
        <w:t>如果您有其他想让我们了解的情况，请填写：</w:t>
      </w:r>
    </w:p>
    <w:p w:rsidR="00643E67" w:rsidRPr="005E34B0" w:rsidRDefault="005E34B0">
      <w:pPr>
        <w:rPr>
          <w:rFonts w:ascii="微软雅黑" w:eastAsia="微软雅黑" w:hAnsi="微软雅黑"/>
          <w:lang w:eastAsia="zh-CN"/>
        </w:rPr>
      </w:pPr>
      <w:r w:rsidRPr="005E34B0">
        <w:rPr>
          <w:rFonts w:ascii="微软雅黑" w:eastAsia="微软雅黑" w:hAnsi="微软雅黑"/>
          <w:lang w:eastAsia="zh-CN"/>
        </w:rPr>
        <w:t>____________________________________________________________________</w:t>
      </w:r>
    </w:p>
    <w:p w:rsidR="00643E67" w:rsidRPr="005E34B0" w:rsidRDefault="005E34B0">
      <w:pPr>
        <w:rPr>
          <w:rFonts w:ascii="微软雅黑" w:eastAsia="微软雅黑" w:hAnsi="微软雅黑"/>
          <w:lang w:eastAsia="zh-CN"/>
        </w:rPr>
      </w:pPr>
      <w:r w:rsidRPr="005E34B0">
        <w:rPr>
          <w:rFonts w:ascii="微软雅黑" w:eastAsia="微软雅黑" w:hAnsi="微软雅黑"/>
          <w:lang w:eastAsia="zh-CN"/>
        </w:rPr>
        <w:t>____________________________________________________________________</w:t>
      </w:r>
    </w:p>
    <w:p w:rsidR="00643E67" w:rsidRPr="005E34B0" w:rsidRDefault="005E34B0">
      <w:pPr>
        <w:pStyle w:val="21"/>
        <w:rPr>
          <w:rFonts w:ascii="微软雅黑" w:eastAsia="微软雅黑" w:hAnsi="微软雅黑"/>
          <w:lang w:eastAsia="zh-CN"/>
        </w:rPr>
      </w:pPr>
      <w:r w:rsidRPr="005E34B0">
        <w:rPr>
          <w:rFonts w:ascii="微软雅黑" w:eastAsia="微软雅黑" w:hAnsi="微软雅黑"/>
          <w:lang w:eastAsia="zh-CN"/>
        </w:rPr>
        <w:t>八、承诺</w:t>
      </w:r>
    </w:p>
    <w:p w:rsidR="00643E67" w:rsidRPr="005E34B0" w:rsidRDefault="005E34B0">
      <w:pPr>
        <w:rPr>
          <w:rFonts w:ascii="微软雅黑" w:eastAsia="微软雅黑" w:hAnsi="微软雅黑"/>
          <w:lang w:eastAsia="zh-CN"/>
        </w:rPr>
      </w:pPr>
      <w:r w:rsidRPr="005E34B0">
        <w:rPr>
          <w:rFonts w:ascii="微软雅黑" w:eastAsia="微软雅黑" w:hAnsi="微软雅黑"/>
          <w:lang w:eastAsia="zh-CN"/>
        </w:rPr>
        <w:t>本人承诺所填</w:t>
      </w:r>
      <w:r w:rsidRPr="005E34B0">
        <w:rPr>
          <w:rFonts w:ascii="微软雅黑" w:eastAsia="微软雅黑" w:hAnsi="微软雅黑"/>
          <w:lang w:eastAsia="zh-CN"/>
        </w:rPr>
        <w:t>内容真实有效，并自愿遵守基金会志愿者相关管理规定。</w:t>
      </w:r>
      <w:r w:rsidRPr="005E34B0">
        <w:rPr>
          <w:rFonts w:ascii="微软雅黑" w:eastAsia="微软雅黑" w:hAnsi="微软雅黑"/>
          <w:lang w:eastAsia="zh-CN"/>
        </w:rPr>
        <w:br/>
      </w:r>
    </w:p>
    <w:p w:rsidR="00643E67" w:rsidRPr="005E34B0" w:rsidRDefault="005E34B0">
      <w:pPr>
        <w:rPr>
          <w:rFonts w:ascii="微软雅黑" w:eastAsia="微软雅黑" w:hAnsi="微软雅黑"/>
        </w:rPr>
      </w:pPr>
      <w:proofErr w:type="spellStart"/>
      <w:r w:rsidRPr="005E34B0">
        <w:rPr>
          <w:rFonts w:ascii="微软雅黑" w:eastAsia="微软雅黑" w:hAnsi="微软雅黑"/>
        </w:rPr>
        <w:t>签名</w:t>
      </w:r>
      <w:proofErr w:type="spellEnd"/>
      <w:r w:rsidRPr="005E34B0">
        <w:rPr>
          <w:rFonts w:ascii="微软雅黑" w:eastAsia="微软雅黑" w:hAnsi="微软雅黑"/>
        </w:rPr>
        <w:t>：</w:t>
      </w:r>
      <w:r w:rsidRPr="005E34B0">
        <w:rPr>
          <w:rFonts w:ascii="微软雅黑" w:eastAsia="微软雅黑" w:hAnsi="微软雅黑"/>
        </w:rPr>
        <w:t xml:space="preserve">__________      </w:t>
      </w:r>
      <w:proofErr w:type="spellStart"/>
      <w:r w:rsidRPr="005E34B0">
        <w:rPr>
          <w:rFonts w:ascii="微软雅黑" w:eastAsia="微软雅黑" w:hAnsi="微软雅黑"/>
        </w:rPr>
        <w:t>日期</w:t>
      </w:r>
      <w:proofErr w:type="spellEnd"/>
      <w:r w:rsidRPr="005E34B0">
        <w:rPr>
          <w:rFonts w:ascii="微软雅黑" w:eastAsia="微软雅黑" w:hAnsi="微软雅黑"/>
        </w:rPr>
        <w:t>：</w:t>
      </w:r>
      <w:r w:rsidRPr="005E34B0">
        <w:rPr>
          <w:rFonts w:ascii="微软雅黑" w:eastAsia="微软雅黑" w:hAnsi="微软雅黑"/>
        </w:rPr>
        <w:t>____</w:t>
      </w:r>
      <w:proofErr w:type="spellStart"/>
      <w:r w:rsidRPr="005E34B0">
        <w:rPr>
          <w:rFonts w:ascii="微软雅黑" w:eastAsia="微软雅黑" w:hAnsi="微软雅黑"/>
        </w:rPr>
        <w:t>年</w:t>
      </w:r>
      <w:r w:rsidRPr="005E34B0">
        <w:rPr>
          <w:rFonts w:ascii="微软雅黑" w:eastAsia="微软雅黑" w:hAnsi="微软雅黑"/>
        </w:rPr>
        <w:t>__</w:t>
      </w:r>
      <w:r w:rsidRPr="005E34B0">
        <w:rPr>
          <w:rFonts w:ascii="微软雅黑" w:eastAsia="微软雅黑" w:hAnsi="微软雅黑"/>
        </w:rPr>
        <w:t>月</w:t>
      </w:r>
      <w:r w:rsidRPr="005E34B0">
        <w:rPr>
          <w:rFonts w:ascii="微软雅黑" w:eastAsia="微软雅黑" w:hAnsi="微软雅黑"/>
        </w:rPr>
        <w:t>__</w:t>
      </w:r>
      <w:r w:rsidRPr="005E34B0">
        <w:rPr>
          <w:rFonts w:ascii="微软雅黑" w:eastAsia="微软雅黑" w:hAnsi="微软雅黑"/>
        </w:rPr>
        <w:t>日</w:t>
      </w:r>
      <w:proofErr w:type="spellEnd"/>
    </w:p>
    <w:sectPr w:rsidR="00643E67" w:rsidRPr="005E34B0" w:rsidSect="005E34B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E34B0"/>
    <w:rsid w:val="00643E67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F42E1ED"/>
  <w14:defaultImageDpi w14:val="300"/>
  <w15:docId w15:val="{6AEABBF0-6B03-47F5-8234-9DE65224F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2734A9A-8338-43AE-8567-B6188DD809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1082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李聪(李可乐)</cp:lastModifiedBy>
  <cp:revision>2</cp:revision>
  <dcterms:created xsi:type="dcterms:W3CDTF">2013-12-23T23:15:00Z</dcterms:created>
  <dcterms:modified xsi:type="dcterms:W3CDTF">2025-09-17T06:23:00Z</dcterms:modified>
  <cp:category/>
</cp:coreProperties>
</file>